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Dokumentasi berkas</w:t>
      </w:r>
    </w:p>
    <w:p>
      <w:r>
        <w:t>POSBAKUM Pengadilan Negeri Pasaman Barat — Administrasi</w:t>
      </w:r>
    </w:p>
    <w:p>
      <w:r>
        <w:t>TEMPLATE / DRAF. Dokumen ini merupakan format bantu dan perlu disesuaikan dengan fakta perkara serta pemeriksaan petugas/penasihat hukum.</w:t>
      </w:r>
    </w:p>
    <w:p>
      <w:pPr>
        <w:pStyle w:val="Heading1"/>
      </w:pPr>
      <w:r>
        <w:t>Persyaratan / data yang perlu disiapkan</w:t>
      </w:r>
    </w:p>
    <w:p>
      <w:pPr>
        <w:pStyle w:val="ListBullet"/>
      </w:pPr>
      <w:r>
        <w:t>Daftar dokumen</w:t>
      </w:r>
    </w:p>
    <w:p>
      <w:pPr>
        <w:pStyle w:val="ListBullet"/>
      </w:pPr>
      <w:r>
        <w:t>nomor perkara/layanan</w:t>
      </w:r>
    </w:p>
    <w:p>
      <w:pPr>
        <w:pStyle w:val="ListBullet"/>
      </w:pPr>
      <w:r>
        <w:t>tanggal</w:t>
      </w:r>
    </w:p>
    <w:p>
      <w:pPr>
        <w:pStyle w:val="ListBullet"/>
      </w:pPr>
      <w:r>
        <w:t>keterangan</w:t>
      </w:r>
    </w:p>
    <w:p>
      <w:pPr>
        <w:pStyle w:val="ListBullet"/>
      </w:pPr>
      <w:r>
        <w:t>checklist kelengkapan.</w:t>
      </w:r>
    </w:p>
    <w:p>
      <w:pPr>
        <w:pStyle w:val="Heading1"/>
      </w:pPr>
      <w:r>
        <w:t>Data Pemohon / Para Pihak</w:t>
      </w:r>
    </w:p>
    <w:p>
      <w:r>
        <w:t>Nama: __________________________________________</w:t>
      </w:r>
    </w:p>
    <w:p>
      <w:r>
        <w:t>NIK: __________________________________________</w:t>
      </w:r>
    </w:p>
    <w:p>
      <w:r>
        <w:t>Tempat/Tanggal Lahir: __________________________________________</w:t>
      </w:r>
    </w:p>
    <w:p>
      <w:r>
        <w:t>Alamat: __________________________________________</w:t>
      </w:r>
    </w:p>
    <w:p>
      <w:r>
        <w:t>Pekerjaan: __________________________________________</w:t>
      </w:r>
    </w:p>
    <w:p>
      <w:r>
        <w:t>Nomor Perkara (jika ada): __________________________________________</w:t>
      </w:r>
    </w:p>
    <w:p>
      <w:pPr>
        <w:pStyle w:val="Heading1"/>
      </w:pPr>
      <w:r>
        <w:t>Uraian / Isi Dokumen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Permohonan / Penutup</w:t>
      </w:r>
    </w:p>
    <w:p>
      <w:r>
        <w:t>____________________________________________________________________________</w:t>
      </w:r>
    </w:p>
    <w:p>
      <w:r>
        <w:t>Tempat, tanggal: ____________________</w:t>
      </w:r>
    </w:p>
    <w:p>
      <w:r>
        <w:t>Pemohon/Para Pihak,</w:t>
      </w:r>
    </w:p>
    <w:p>
      <w:r>
        <w:br/>
        <w:br/>
        <w:t>(____________________________)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